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D5FED" w14:textId="77777777" w:rsidR="00BF5A12" w:rsidRPr="00BF5A12" w:rsidRDefault="00BF5A12" w:rsidP="00BF5A12">
      <w:pPr>
        <w:spacing w:line="240" w:lineRule="auto"/>
        <w:jc w:val="center"/>
      </w:pPr>
      <w:r w:rsidRPr="00BF5A12">
        <w:rPr>
          <w:b/>
          <w:bCs/>
        </w:rPr>
        <w:t>DRAFT – BANK COMFORT LETTER (BCL)</w:t>
      </w:r>
    </w:p>
    <w:p w14:paraId="4A35FB16" w14:textId="77777777" w:rsidR="00BF5A12" w:rsidRPr="00BF5A12" w:rsidRDefault="00BF5A12" w:rsidP="00BF5A12">
      <w:pPr>
        <w:spacing w:line="240" w:lineRule="auto"/>
      </w:pPr>
      <w:r w:rsidRPr="00BF5A12">
        <w:rPr>
          <w:b/>
          <w:bCs/>
        </w:rPr>
        <w:t>Date:</w:t>
      </w:r>
      <w:r w:rsidRPr="00BF5A12">
        <w:t xml:space="preserve"> ……………</w:t>
      </w:r>
    </w:p>
    <w:p w14:paraId="13EE5BBA" w14:textId="77777777" w:rsidR="00BF5A12" w:rsidRPr="00BF5A12" w:rsidRDefault="00BF5A12" w:rsidP="00BF5A12">
      <w:pPr>
        <w:spacing w:line="240" w:lineRule="auto"/>
      </w:pPr>
      <w:r w:rsidRPr="00BF5A12">
        <w:rPr>
          <w:b/>
          <w:bCs/>
        </w:rPr>
        <w:t>To:</w:t>
      </w:r>
      <w:r w:rsidRPr="00BF5A12">
        <w:br/>
        <w:t>Alexandria International for Trading &amp; Contracting Co. (AIF Trading)</w:t>
      </w:r>
      <w:r w:rsidRPr="00BF5A12">
        <w:br/>
        <w:t>Egypt</w:t>
      </w:r>
    </w:p>
    <w:p w14:paraId="3A41B527" w14:textId="77777777" w:rsidR="00BF5A12" w:rsidRPr="00BF5A12" w:rsidRDefault="00BF5A12" w:rsidP="00BF5A12">
      <w:pPr>
        <w:spacing w:line="240" w:lineRule="auto"/>
      </w:pPr>
      <w:r w:rsidRPr="00BF5A12">
        <w:rPr>
          <w:b/>
          <w:bCs/>
        </w:rPr>
        <w:t>Subject:</w:t>
      </w:r>
      <w:r w:rsidRPr="00BF5A12">
        <w:t xml:space="preserve"> Bank Comfort Letter (BCL)</w:t>
      </w:r>
    </w:p>
    <w:p w14:paraId="05CF770F" w14:textId="77777777" w:rsidR="00BF5A12" w:rsidRPr="00BF5A12" w:rsidRDefault="00BF5A12" w:rsidP="00BF5A12">
      <w:pPr>
        <w:spacing w:line="240" w:lineRule="auto"/>
      </w:pPr>
      <w:r w:rsidRPr="00BF5A12">
        <w:t>Dear Sirs,</w:t>
      </w:r>
    </w:p>
    <w:p w14:paraId="03171E6B" w14:textId="77777777" w:rsidR="00BF5A12" w:rsidRPr="00BF5A12" w:rsidRDefault="00BF5A12" w:rsidP="00BF5A12">
      <w:pPr>
        <w:spacing w:line="240" w:lineRule="auto"/>
      </w:pPr>
      <w:r w:rsidRPr="00BF5A12">
        <w:t xml:space="preserve">We, </w:t>
      </w:r>
      <w:r w:rsidRPr="00BF5A12">
        <w:rPr>
          <w:b/>
          <w:bCs/>
        </w:rPr>
        <w:t>[Buyer’s Bank Name]</w:t>
      </w:r>
      <w:r w:rsidRPr="00BF5A12">
        <w:t xml:space="preserve">, located at </w:t>
      </w:r>
      <w:r w:rsidRPr="00BF5A12">
        <w:rPr>
          <w:b/>
          <w:bCs/>
        </w:rPr>
        <w:t>[Bank Address]</w:t>
      </w:r>
      <w:r w:rsidRPr="00BF5A12">
        <w:t xml:space="preserve">, hereby confirm that our client, </w:t>
      </w:r>
      <w:r w:rsidRPr="00BF5A12">
        <w:rPr>
          <w:b/>
          <w:bCs/>
        </w:rPr>
        <w:t>[Buyer’s Company Name]</w:t>
      </w:r>
      <w:r w:rsidRPr="00BF5A12">
        <w:t xml:space="preserve">, registered under </w:t>
      </w:r>
      <w:r w:rsidRPr="00BF5A12">
        <w:rPr>
          <w:b/>
          <w:bCs/>
        </w:rPr>
        <w:t>[Registration Number]</w:t>
      </w:r>
      <w:r w:rsidRPr="00BF5A12">
        <w:t xml:space="preserve">, is financially capable of entering into a commercial transaction for the purchase of </w:t>
      </w:r>
      <w:r w:rsidRPr="00BF5A12">
        <w:rPr>
          <w:b/>
          <w:bCs/>
        </w:rPr>
        <w:t>[Product Name]</w:t>
      </w:r>
      <w:r w:rsidRPr="00BF5A12">
        <w:t xml:space="preserve"> with an estimated contract value of </w:t>
      </w:r>
      <w:r w:rsidRPr="00BF5A12">
        <w:rPr>
          <w:b/>
          <w:bCs/>
        </w:rPr>
        <w:t>[Total Amount]</w:t>
      </w:r>
      <w:r w:rsidRPr="00BF5A12">
        <w:t>.</w:t>
      </w:r>
    </w:p>
    <w:p w14:paraId="28F6A98B" w14:textId="77777777" w:rsidR="00BF5A12" w:rsidRPr="00BF5A12" w:rsidRDefault="00BF5A12" w:rsidP="00BF5A12">
      <w:pPr>
        <w:spacing w:line="240" w:lineRule="auto"/>
      </w:pPr>
      <w:r w:rsidRPr="00BF5A12">
        <w:t>Based on our banking relationship and in accordance with international banking practices, we confirm the following:</w:t>
      </w:r>
    </w:p>
    <w:p w14:paraId="19D2F598" w14:textId="77777777" w:rsidR="00BF5A12" w:rsidRPr="00BF5A12" w:rsidRDefault="00BF5A12" w:rsidP="00BF5A12">
      <w:pPr>
        <w:numPr>
          <w:ilvl w:val="0"/>
          <w:numId w:val="11"/>
        </w:numPr>
        <w:spacing w:line="240" w:lineRule="auto"/>
      </w:pPr>
      <w:r w:rsidRPr="00BF5A12">
        <w:t>Our client maintains sufficient funds and/or credit facilities with our bank to support the execution of the above-mentioned transaction.</w:t>
      </w:r>
    </w:p>
    <w:p w14:paraId="4D248642" w14:textId="77777777" w:rsidR="00BF5A12" w:rsidRPr="00BF5A12" w:rsidRDefault="00BF5A12" w:rsidP="00BF5A12">
      <w:pPr>
        <w:numPr>
          <w:ilvl w:val="0"/>
          <w:numId w:val="11"/>
        </w:numPr>
        <w:spacing w:line="240" w:lineRule="auto"/>
      </w:pPr>
      <w:r w:rsidRPr="00BF5A12">
        <w:t>This letter serves solely as a confirmation of our client’s financial standing and their ability to fulfill payment obligations under the intended contract.</w:t>
      </w:r>
    </w:p>
    <w:p w14:paraId="0D3F7B1B" w14:textId="77777777" w:rsidR="00BF5A12" w:rsidRPr="00BF5A12" w:rsidRDefault="00BF5A12" w:rsidP="00BF5A12">
      <w:pPr>
        <w:numPr>
          <w:ilvl w:val="0"/>
          <w:numId w:val="11"/>
        </w:numPr>
        <w:spacing w:line="240" w:lineRule="auto"/>
      </w:pPr>
      <w:r w:rsidRPr="00BF5A12">
        <w:t xml:space="preserve">This BCL is issued at the client’s request and is provided solely for informational purposes. It </w:t>
      </w:r>
      <w:r w:rsidRPr="00BF5A12">
        <w:rPr>
          <w:b/>
          <w:bCs/>
        </w:rPr>
        <w:t>does not constitute a bank guarantee, financial liability, or an obligation by our bank to make any payments without appropriate and mutually agreed banking instruments.</w:t>
      </w:r>
    </w:p>
    <w:p w14:paraId="57626837" w14:textId="77777777" w:rsidR="00BF5A12" w:rsidRPr="00BF5A12" w:rsidRDefault="00BF5A12" w:rsidP="00BF5A12">
      <w:pPr>
        <w:numPr>
          <w:ilvl w:val="0"/>
          <w:numId w:val="11"/>
        </w:numPr>
        <w:spacing w:line="240" w:lineRule="auto"/>
      </w:pPr>
      <w:r w:rsidRPr="00BF5A12">
        <w:t xml:space="preserve">Further financial details can be provided </w:t>
      </w:r>
      <w:r w:rsidRPr="00BF5A12">
        <w:rPr>
          <w:b/>
          <w:bCs/>
        </w:rPr>
        <w:t>bank-to-bank</w:t>
      </w:r>
      <w:r w:rsidRPr="00BF5A12">
        <w:t xml:space="preserve"> upon receipt of an official request from the seller’s bank.</w:t>
      </w:r>
    </w:p>
    <w:p w14:paraId="7544E2AA" w14:textId="77777777" w:rsidR="00BF5A12" w:rsidRPr="00BF5A12" w:rsidRDefault="00BF5A12" w:rsidP="00BF5A12">
      <w:pPr>
        <w:spacing w:line="240" w:lineRule="auto"/>
      </w:pPr>
      <w:r w:rsidRPr="00BF5A12">
        <w:t xml:space="preserve">This letter is issued </w:t>
      </w:r>
      <w:r w:rsidRPr="00BF5A12">
        <w:rPr>
          <w:b/>
          <w:bCs/>
        </w:rPr>
        <w:t>without any obligation on the part of our bank</w:t>
      </w:r>
      <w:r w:rsidRPr="00BF5A12">
        <w:t xml:space="preserve"> and is intended exclusively to demonstrate the financial capacity of our client.</w:t>
      </w:r>
    </w:p>
    <w:p w14:paraId="6EB8880B" w14:textId="77777777" w:rsidR="00BF5A12" w:rsidRPr="00BF5A12" w:rsidRDefault="00BF5A12" w:rsidP="00BF5A12">
      <w:pPr>
        <w:spacing w:line="240" w:lineRule="auto"/>
      </w:pPr>
      <w:r w:rsidRPr="00BF5A12">
        <w:t>We trust this letter will provide the necessary comfort regarding our client’s financial ability to proceed with the intended transaction.</w:t>
      </w:r>
    </w:p>
    <w:p w14:paraId="38480A9A" w14:textId="77777777" w:rsidR="00BF5A12" w:rsidRPr="00BF5A12" w:rsidRDefault="00BF5A12" w:rsidP="00BF5A12">
      <w:pPr>
        <w:spacing w:line="240" w:lineRule="auto"/>
      </w:pPr>
      <w:r w:rsidRPr="00BF5A12">
        <w:t>Sincerely,</w:t>
      </w:r>
    </w:p>
    <w:p w14:paraId="3ECB927B" w14:textId="77777777" w:rsidR="00BF5A12" w:rsidRPr="00BF5A12" w:rsidRDefault="00BF5A12" w:rsidP="00BF5A12">
      <w:pPr>
        <w:spacing w:line="240" w:lineRule="auto"/>
      </w:pPr>
      <w:r w:rsidRPr="00BF5A12">
        <w:rPr>
          <w:b/>
          <w:bCs/>
        </w:rPr>
        <w:t>Authorized Bank Officer Name</w:t>
      </w:r>
      <w:r w:rsidRPr="00BF5A12">
        <w:br/>
      </w:r>
      <w:r w:rsidRPr="00BF5A12">
        <w:rPr>
          <w:b/>
          <w:bCs/>
        </w:rPr>
        <w:t>Title</w:t>
      </w:r>
      <w:r w:rsidRPr="00BF5A12">
        <w:br/>
        <w:t>[Bank Name]</w:t>
      </w:r>
      <w:r w:rsidRPr="00BF5A12">
        <w:br/>
        <w:t>[Bank Contact Information]</w:t>
      </w:r>
      <w:r w:rsidRPr="00BF5A12">
        <w:br/>
      </w:r>
      <w:r w:rsidRPr="00BF5A12">
        <w:rPr>
          <w:b/>
          <w:bCs/>
        </w:rPr>
        <w:t>[Signature &amp; Bank Seal]</w:t>
      </w:r>
    </w:p>
    <w:sectPr w:rsidR="00BF5A12" w:rsidRPr="00BF5A12" w:rsidSect="000C1164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F7D15" w14:textId="77777777" w:rsidR="00662A02" w:rsidRDefault="00662A02" w:rsidP="000C1164">
      <w:pPr>
        <w:spacing w:after="0" w:line="240" w:lineRule="auto"/>
      </w:pPr>
      <w:r>
        <w:separator/>
      </w:r>
    </w:p>
  </w:endnote>
  <w:endnote w:type="continuationSeparator" w:id="0">
    <w:p w14:paraId="499B2673" w14:textId="77777777" w:rsidR="00662A02" w:rsidRDefault="00662A02" w:rsidP="000C1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6089" w14:textId="77777777" w:rsidR="00662A02" w:rsidRDefault="00662A02" w:rsidP="000C1164">
      <w:pPr>
        <w:spacing w:after="0" w:line="240" w:lineRule="auto"/>
      </w:pPr>
      <w:r>
        <w:separator/>
      </w:r>
    </w:p>
  </w:footnote>
  <w:footnote w:type="continuationSeparator" w:id="0">
    <w:p w14:paraId="0B0B14D6" w14:textId="77777777" w:rsidR="00662A02" w:rsidRDefault="00662A02" w:rsidP="000C11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66A40" w14:textId="518B5789" w:rsidR="004350FA" w:rsidRPr="00BF5A12" w:rsidRDefault="00BF5A12" w:rsidP="00BF5A12">
    <w:pPr>
      <w:pStyle w:val="Header"/>
      <w:rPr>
        <w:sz w:val="28"/>
        <w:szCs w:val="24"/>
      </w:rPr>
    </w:pPr>
    <w:r w:rsidRPr="00BF5A12">
      <w:rPr>
        <w:rFonts w:cs="Calibri"/>
        <w:b/>
        <w:bCs/>
        <w:color w:val="FF0000"/>
        <w:sz w:val="28"/>
        <w:szCs w:val="24"/>
      </w:rPr>
      <w:t>(To be issued by Buyer’s Bank on official bank letterhead)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A85184D"/>
    <w:multiLevelType w:val="multilevel"/>
    <w:tmpl w:val="0E460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654704"/>
    <w:multiLevelType w:val="multilevel"/>
    <w:tmpl w:val="6B449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8030E4"/>
    <w:multiLevelType w:val="multilevel"/>
    <w:tmpl w:val="8A3CA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98112350">
    <w:abstractNumId w:val="8"/>
  </w:num>
  <w:num w:numId="2" w16cid:durableId="1345743161">
    <w:abstractNumId w:val="6"/>
  </w:num>
  <w:num w:numId="3" w16cid:durableId="40061009">
    <w:abstractNumId w:val="5"/>
  </w:num>
  <w:num w:numId="4" w16cid:durableId="1983151257">
    <w:abstractNumId w:val="4"/>
  </w:num>
  <w:num w:numId="5" w16cid:durableId="1130241241">
    <w:abstractNumId w:val="7"/>
  </w:num>
  <w:num w:numId="6" w16cid:durableId="1846630293">
    <w:abstractNumId w:val="3"/>
  </w:num>
  <w:num w:numId="7" w16cid:durableId="1354307308">
    <w:abstractNumId w:val="2"/>
  </w:num>
  <w:num w:numId="8" w16cid:durableId="1406151366">
    <w:abstractNumId w:val="1"/>
  </w:num>
  <w:num w:numId="9" w16cid:durableId="1087388464">
    <w:abstractNumId w:val="0"/>
  </w:num>
  <w:num w:numId="10" w16cid:durableId="314069168">
    <w:abstractNumId w:val="9"/>
  </w:num>
  <w:num w:numId="11" w16cid:durableId="817260315">
    <w:abstractNumId w:val="10"/>
  </w:num>
  <w:num w:numId="12" w16cid:durableId="7304655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1164"/>
    <w:rsid w:val="0015074B"/>
    <w:rsid w:val="0029639D"/>
    <w:rsid w:val="00326F90"/>
    <w:rsid w:val="003B3B72"/>
    <w:rsid w:val="003B698E"/>
    <w:rsid w:val="003C2AD8"/>
    <w:rsid w:val="004350FA"/>
    <w:rsid w:val="00630D16"/>
    <w:rsid w:val="00662A02"/>
    <w:rsid w:val="006E17D4"/>
    <w:rsid w:val="00AA1D8D"/>
    <w:rsid w:val="00B47730"/>
    <w:rsid w:val="00BF5A12"/>
    <w:rsid w:val="00CB0664"/>
    <w:rsid w:val="00D75ADE"/>
    <w:rsid w:val="00E135C7"/>
    <w:rsid w:val="00F610D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6F23DA"/>
  <w14:defaultImageDpi w14:val="300"/>
  <w15:docId w15:val="{8570036D-81A1-45BD-A60C-65F88ED13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0C116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11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salah farrag</cp:lastModifiedBy>
  <cp:revision>9</cp:revision>
  <dcterms:created xsi:type="dcterms:W3CDTF">2025-11-15T17:36:00Z</dcterms:created>
  <dcterms:modified xsi:type="dcterms:W3CDTF">2026-03-04T12:41:00Z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ca6fc0f8-1deb-4db8-ab3f-72c417db6da0</vt:lpwstr>
  </property>
</Properties>
</file>